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750D09" w:rsidRPr="00374A1F" w14:paraId="0D9D468C" w14:textId="77777777" w:rsidTr="001A2ABF">
        <w:trPr>
          <w:trHeight w:val="494"/>
        </w:trPr>
        <w:tc>
          <w:tcPr>
            <w:tcW w:w="1643" w:type="dxa"/>
            <w:vMerge w:val="restart"/>
          </w:tcPr>
          <w:p w14:paraId="3AF4E984" w14:textId="77777777" w:rsidR="00750D09" w:rsidRPr="00374A1F" w:rsidRDefault="00750D09" w:rsidP="001A2ABF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60AF3B54" w14:textId="77777777" w:rsidR="00750D09" w:rsidRPr="00374A1F" w:rsidRDefault="00750D09" w:rsidP="001A2ABF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070FFF9B" wp14:editId="0BCD9462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3D83DF35" w14:textId="77777777" w:rsidR="00750D09" w:rsidRPr="00374A1F" w:rsidRDefault="00750D09" w:rsidP="001A2AB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0716B7FE" w14:textId="77777777" w:rsidR="00750D09" w:rsidRPr="0061370C" w:rsidRDefault="00750D09" w:rsidP="001A2ABF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750D09" w:rsidRPr="00374A1F" w14:paraId="6B4B47D2" w14:textId="77777777" w:rsidTr="001A2ABF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65A80FF8" w14:textId="77777777" w:rsidR="00750D09" w:rsidRPr="00374A1F" w:rsidRDefault="00750D09" w:rsidP="001A2ABF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7B799640" w14:textId="77777777" w:rsidR="00750D09" w:rsidRPr="0061370C" w:rsidRDefault="00750D09" w:rsidP="001A2ABF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02860A71" w14:textId="77777777" w:rsidR="00750D09" w:rsidRPr="0061370C" w:rsidRDefault="00750D09" w:rsidP="001A2ABF">
            <w:pPr>
              <w:pStyle w:val="TableParagraph"/>
              <w:rPr>
                <w:b/>
                <w:szCs w:val="36"/>
              </w:rPr>
            </w:pPr>
          </w:p>
        </w:tc>
      </w:tr>
      <w:tr w:rsidR="00750D09" w:rsidRPr="00374A1F" w14:paraId="3C838852" w14:textId="77777777" w:rsidTr="001A2ABF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420F3B07" w14:textId="77777777" w:rsidR="00750D09" w:rsidRPr="00374A1F" w:rsidRDefault="00750D09" w:rsidP="001A2ABF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D585023" w14:textId="77777777" w:rsidR="00750D09" w:rsidRPr="00374A1F" w:rsidRDefault="00750D09" w:rsidP="001A2ABF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20072B54" w14:textId="77777777" w:rsidR="00750D09" w:rsidRPr="00374A1F" w:rsidRDefault="00750D09" w:rsidP="001A2ABF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4E15FC79" w14:textId="77777777" w:rsidR="00750D09" w:rsidRPr="00374A1F" w:rsidRDefault="00750D09" w:rsidP="001A2ABF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750D09" w:rsidRPr="00374A1F" w14:paraId="213F23D4" w14:textId="77777777" w:rsidTr="001A2ABF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1D118DE1" w14:textId="77777777" w:rsidR="00750D09" w:rsidRPr="00374A1F" w:rsidRDefault="00750D09" w:rsidP="001A2ABF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57CAD48" w14:textId="77777777" w:rsidR="00750D09" w:rsidRPr="00374A1F" w:rsidRDefault="00750D09" w:rsidP="001A2ABF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5B107401" w14:textId="77777777" w:rsidR="00750D09" w:rsidRPr="00374A1F" w:rsidRDefault="00750D09" w:rsidP="001A2ABF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750D09" w:rsidRPr="00374A1F" w14:paraId="6D8E4C3F" w14:textId="77777777" w:rsidTr="001A2ABF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0E4E5136" w14:textId="77777777" w:rsidR="00750D09" w:rsidRPr="00374A1F" w:rsidRDefault="00750D09" w:rsidP="001A2AB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Instituția</w:t>
            </w:r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r>
              <w:rPr>
                <w:b/>
                <w:color w:val="0D5F78"/>
              </w:rPr>
              <w:t>în valoare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14:paraId="3DC112F4" w14:textId="77777777" w:rsidR="00A11ECC" w:rsidRDefault="00000000">
            <w:r>
              <w:rPr>
                <w:i/>
                <w:color w:val="7A7A7A"/>
              </w:rPr>
              <w:t>pentru imobilul de mai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4773" w14:textId="77777777" w:rsidR="00B33A37" w:rsidRDefault="00B33A37">
      <w:r>
        <w:separator/>
      </w:r>
    </w:p>
  </w:endnote>
  <w:endnote w:type="continuationSeparator" w:id="0">
    <w:p w14:paraId="73D512BE" w14:textId="77777777" w:rsidR="00B33A37" w:rsidRDefault="00B33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2B4AF" w14:textId="77777777" w:rsidR="00B33A37" w:rsidRDefault="00B33A37">
      <w:r>
        <w:separator/>
      </w:r>
    </w:p>
  </w:footnote>
  <w:footnote w:type="continuationSeparator" w:id="0">
    <w:p w14:paraId="7C362102" w14:textId="77777777" w:rsidR="00B33A37" w:rsidRDefault="00B33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750D09"/>
    <w:rsid w:val="00A11ECC"/>
    <w:rsid w:val="00AA1D8D"/>
    <w:rsid w:val="00AB5EC3"/>
    <w:rsid w:val="00B33A37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750D09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2026-09-11T05:34:00Z</dcterms:modified>
  <cp:category/>
</cp:coreProperties>
</file>