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502589" w:rsidRPr="00374A1F" w14:paraId="4B6ED927" w14:textId="77777777" w:rsidTr="001A2ABF">
        <w:trPr>
          <w:trHeight w:val="494"/>
        </w:trPr>
        <w:tc>
          <w:tcPr>
            <w:tcW w:w="1643" w:type="dxa"/>
            <w:vMerge w:val="restart"/>
          </w:tcPr>
          <w:p w14:paraId="180290CC" w14:textId="77777777" w:rsidR="00502589" w:rsidRPr="00374A1F" w:rsidRDefault="00502589" w:rsidP="001A2ABF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3579962F" w14:textId="77777777" w:rsidR="00502589" w:rsidRPr="00374A1F" w:rsidRDefault="00502589" w:rsidP="001A2ABF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7DF2C007" wp14:editId="64BDCEB1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14836C22" w14:textId="77777777" w:rsidR="00502589" w:rsidRPr="00374A1F" w:rsidRDefault="00502589" w:rsidP="001A2AB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10D80CC7" w14:textId="77777777" w:rsidR="00502589" w:rsidRPr="0061370C" w:rsidRDefault="00502589" w:rsidP="001A2ABF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502589" w:rsidRPr="00374A1F" w14:paraId="6B95E3D6" w14:textId="77777777" w:rsidTr="001A2ABF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768D831C" w14:textId="77777777" w:rsidR="00502589" w:rsidRPr="00374A1F" w:rsidRDefault="00502589" w:rsidP="001A2ABF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2DEBB020" w14:textId="77777777" w:rsidR="00502589" w:rsidRPr="0061370C" w:rsidRDefault="00502589" w:rsidP="001A2ABF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45D08548" w14:textId="77777777" w:rsidR="00502589" w:rsidRPr="0061370C" w:rsidRDefault="00502589" w:rsidP="001A2ABF">
            <w:pPr>
              <w:pStyle w:val="TableParagraph"/>
              <w:rPr>
                <w:b/>
                <w:szCs w:val="36"/>
              </w:rPr>
            </w:pPr>
          </w:p>
        </w:tc>
      </w:tr>
      <w:tr w:rsidR="00502589" w:rsidRPr="00374A1F" w14:paraId="0985E99A" w14:textId="77777777" w:rsidTr="001A2ABF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705269EC" w14:textId="77777777" w:rsidR="00502589" w:rsidRPr="00374A1F" w:rsidRDefault="00502589" w:rsidP="001A2ABF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4B67334" w14:textId="77777777" w:rsidR="00502589" w:rsidRPr="00374A1F" w:rsidRDefault="0050258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066E5E19" w14:textId="77777777" w:rsidR="00502589" w:rsidRPr="00374A1F" w:rsidRDefault="00502589" w:rsidP="001A2ABF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531C8E24" w14:textId="77777777" w:rsidR="00502589" w:rsidRPr="00374A1F" w:rsidRDefault="00502589" w:rsidP="001A2ABF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502589" w:rsidRPr="00374A1F" w14:paraId="7F8CC157" w14:textId="77777777" w:rsidTr="001A2ABF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715F6959" w14:textId="77777777" w:rsidR="00502589" w:rsidRPr="00374A1F" w:rsidRDefault="00502589" w:rsidP="001A2ABF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4596235" w14:textId="77777777" w:rsidR="00502589" w:rsidRPr="00374A1F" w:rsidRDefault="0050258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2419743B" w14:textId="77777777" w:rsidR="00502589" w:rsidRPr="00374A1F" w:rsidRDefault="00502589" w:rsidP="001A2ABF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502589" w:rsidRPr="00374A1F" w14:paraId="5CECA7EB" w14:textId="77777777" w:rsidTr="001A2ABF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55E21280" w14:textId="77777777" w:rsidR="00502589" w:rsidRPr="00374A1F" w:rsidRDefault="00502589" w:rsidP="001A2AB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r w:rsidRPr="005E6036">
              <w:t>Cererea va fi</w:t>
            </w:r>
            <w:r w:rsidR="007050CD" w:rsidRPr="005E6036">
              <w:t xml:space="preserve"> adresată</w:t>
            </w:r>
            <w:r w:rsidRPr="005E6036"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r>
              <w:rPr>
                <w:b/>
                <w:color w:val="0D5F78"/>
              </w:rPr>
              <w:t>în valoare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14:paraId="70DA8600" w14:textId="77777777" w:rsidR="00AD35FD" w:rsidRDefault="00000000">
            <w:r>
              <w:rPr>
                <w:i/>
                <w:color w:val="7A7A7A"/>
              </w:rPr>
              <w:t>pentru imobilul de mai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Număr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Se convoacă comisia de recepție la terminarea lucrărilor,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B8611" w14:textId="77777777" w:rsidR="00404B09" w:rsidRDefault="00404B09">
      <w:r>
        <w:separator/>
      </w:r>
    </w:p>
  </w:endnote>
  <w:endnote w:type="continuationSeparator" w:id="0">
    <w:p w14:paraId="014654D6" w14:textId="77777777" w:rsidR="00404B09" w:rsidRDefault="0040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0BDB" w14:textId="77777777" w:rsidR="00404B09" w:rsidRDefault="00404B09">
      <w:r>
        <w:separator/>
      </w:r>
    </w:p>
  </w:footnote>
  <w:footnote w:type="continuationSeparator" w:id="0">
    <w:p w14:paraId="16EAC2CF" w14:textId="77777777" w:rsidR="00404B09" w:rsidRDefault="00404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404B09"/>
    <w:rsid w:val="00502589"/>
    <w:rsid w:val="005E6036"/>
    <w:rsid w:val="006C103E"/>
    <w:rsid w:val="007050CD"/>
    <w:rsid w:val="008E3393"/>
    <w:rsid w:val="00AA1D8D"/>
    <w:rsid w:val="00AB5EC3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502589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2026-09-11T05:38:00Z</dcterms:modified>
  <cp:category/>
</cp:coreProperties>
</file>