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3"/>
        <w:gridCol w:w="2338"/>
        <w:gridCol w:w="2336"/>
        <w:gridCol w:w="3313"/>
      </w:tblGrid>
      <w:tr w:rsidR="00D26382" w:rsidRPr="00374A1F" w14:paraId="6FF91A2E" w14:textId="77777777" w:rsidTr="00F40F3D">
        <w:trPr>
          <w:trHeight w:val="494"/>
        </w:trPr>
        <w:tc>
          <w:tcPr>
            <w:tcW w:w="1643" w:type="dxa"/>
            <w:vMerge w:val="restart"/>
          </w:tcPr>
          <w:p w14:paraId="107B615D" w14:textId="77777777" w:rsidR="00D26382" w:rsidRPr="00374A1F" w:rsidRDefault="00D26382" w:rsidP="00F40F3D">
            <w:pPr>
              <w:jc w:val="center"/>
              <w:rPr>
                <w:rFonts w:eastAsia="Arial Unicode MS"/>
                <w:b/>
              </w:rPr>
            </w:pPr>
            <w:bookmarkStart w:id="0" w:name="_Hlk518486108"/>
            <w:r w:rsidRPr="00374A1F">
              <w:rPr>
                <w:rFonts w:eastAsia="Arial Unicode MS"/>
                <w:b/>
              </w:rPr>
              <w:t>ROMÂNIA</w:t>
            </w:r>
          </w:p>
          <w:p w14:paraId="6852E235" w14:textId="77777777" w:rsidR="00D26382" w:rsidRPr="00374A1F" w:rsidRDefault="00D26382" w:rsidP="00F40F3D">
            <w:pPr>
              <w:jc w:val="center"/>
              <w:rPr>
                <w:rFonts w:eastAsia="Arial Unicode MS"/>
                <w:b/>
              </w:rPr>
            </w:pPr>
            <w:r w:rsidRPr="00374A1F">
              <w:rPr>
                <w:rFonts w:eastAsia="Arial Unicode MS"/>
                <w:b/>
                <w:noProof/>
              </w:rPr>
              <w:drawing>
                <wp:inline distT="0" distB="0" distL="0" distR="0" wp14:anchorId="600A334F" wp14:editId="025F4807">
                  <wp:extent cx="855496" cy="1188085"/>
                  <wp:effectExtent l="0" t="0" r="1905" b="0"/>
                  <wp:docPr id="1123628270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198" cy="121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0"/>
          <w:p w14:paraId="4EBCF8A6" w14:textId="77777777" w:rsidR="00D26382" w:rsidRPr="00374A1F" w:rsidRDefault="00D26382" w:rsidP="00F40F3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429BD9A3" w14:textId="77777777" w:rsidR="00D26382" w:rsidRPr="0061370C" w:rsidRDefault="00D26382" w:rsidP="00F40F3D">
            <w:pPr>
              <w:pStyle w:val="TableParagraph"/>
              <w:rPr>
                <w:b/>
                <w:szCs w:val="36"/>
              </w:rPr>
            </w:pPr>
            <w:r w:rsidRPr="0061370C">
              <w:rPr>
                <w:b/>
                <w:spacing w:val="-2"/>
                <w:w w:val="105"/>
                <w:szCs w:val="36"/>
              </w:rPr>
              <w:t>Județul CĂLĂRAȘI</w:t>
            </w:r>
          </w:p>
        </w:tc>
      </w:tr>
      <w:tr w:rsidR="00D26382" w:rsidRPr="00374A1F" w14:paraId="664F39CB" w14:textId="77777777" w:rsidTr="00F40F3D">
        <w:trPr>
          <w:trHeight w:val="493"/>
        </w:trPr>
        <w:tc>
          <w:tcPr>
            <w:tcW w:w="1643" w:type="dxa"/>
            <w:vMerge/>
            <w:tcBorders>
              <w:top w:val="nil"/>
            </w:tcBorders>
          </w:tcPr>
          <w:p w14:paraId="426E39FE" w14:textId="77777777" w:rsidR="00D26382" w:rsidRPr="00374A1F" w:rsidRDefault="00D26382" w:rsidP="00F40F3D">
            <w:pPr>
              <w:rPr>
                <w:sz w:val="2"/>
                <w:szCs w:val="2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19B392AD" w14:textId="77777777" w:rsidR="00D26382" w:rsidRPr="0061370C" w:rsidRDefault="00D26382" w:rsidP="00F40F3D">
            <w:pPr>
              <w:pStyle w:val="TableParagraph"/>
              <w:rPr>
                <w:b/>
                <w:spacing w:val="-2"/>
                <w:szCs w:val="36"/>
              </w:rPr>
            </w:pPr>
            <w:r w:rsidRPr="0061370C">
              <w:rPr>
                <w:b/>
                <w:szCs w:val="36"/>
              </w:rPr>
              <w:t xml:space="preserve">PRIMĂRIA COMUNEI ROSEȚI  </w:t>
            </w:r>
          </w:p>
          <w:p w14:paraId="190EC2AE" w14:textId="77777777" w:rsidR="00D26382" w:rsidRPr="0061370C" w:rsidRDefault="00D26382" w:rsidP="00F40F3D">
            <w:pPr>
              <w:pStyle w:val="TableParagraph"/>
              <w:rPr>
                <w:b/>
                <w:szCs w:val="36"/>
              </w:rPr>
            </w:pPr>
          </w:p>
        </w:tc>
      </w:tr>
      <w:tr w:rsidR="00D26382" w:rsidRPr="00374A1F" w14:paraId="6B1C0C8C" w14:textId="77777777" w:rsidTr="00F40F3D">
        <w:trPr>
          <w:trHeight w:val="502"/>
        </w:trPr>
        <w:tc>
          <w:tcPr>
            <w:tcW w:w="1643" w:type="dxa"/>
            <w:vMerge/>
            <w:tcBorders>
              <w:top w:val="nil"/>
            </w:tcBorders>
          </w:tcPr>
          <w:p w14:paraId="0868FD83" w14:textId="77777777" w:rsidR="00D26382" w:rsidRPr="00374A1F" w:rsidRDefault="00D26382" w:rsidP="00F40F3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ED2391F" w14:textId="77777777" w:rsidR="00D26382" w:rsidRPr="00374A1F" w:rsidRDefault="00D26382" w:rsidP="00F40F3D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Cod</w:t>
            </w:r>
            <w:r w:rsidRPr="00374A1F">
              <w:rPr>
                <w:b/>
                <w:spacing w:val="-10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identificare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fiscală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(CIF) 4294146</w:t>
            </w:r>
          </w:p>
        </w:tc>
        <w:tc>
          <w:tcPr>
            <w:tcW w:w="5649" w:type="dxa"/>
            <w:gridSpan w:val="2"/>
            <w:shd w:val="clear" w:color="auto" w:fill="EFEFEF"/>
          </w:tcPr>
          <w:p w14:paraId="21E62C63" w14:textId="77777777" w:rsidR="00D26382" w:rsidRPr="00374A1F" w:rsidRDefault="00D26382" w:rsidP="00F40F3D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Adresa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oficială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 xml:space="preserve">: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strada General Dragalina, nr. 20, Comuna Roseți, Județul Călărași, cod poștal 917210, telefon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>: 0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 xml:space="preserve">242-344017,  </w:t>
            </w:r>
          </w:p>
          <w:p w14:paraId="16418871" w14:textId="77777777" w:rsidR="00D26382" w:rsidRPr="00374A1F" w:rsidRDefault="00D26382" w:rsidP="00F40F3D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spacing w:val="-2"/>
                <w:w w:val="105"/>
                <w:sz w:val="18"/>
                <w:szCs w:val="28"/>
              </w:rPr>
              <w:t>e-mail: contact@comunaroseti.ro</w:t>
            </w:r>
          </w:p>
        </w:tc>
      </w:tr>
      <w:tr w:rsidR="00D26382" w:rsidRPr="00374A1F" w14:paraId="381258C4" w14:textId="77777777" w:rsidTr="00F40F3D">
        <w:trPr>
          <w:trHeight w:val="494"/>
        </w:trPr>
        <w:tc>
          <w:tcPr>
            <w:tcW w:w="1643" w:type="dxa"/>
            <w:vMerge/>
            <w:tcBorders>
              <w:top w:val="nil"/>
            </w:tcBorders>
          </w:tcPr>
          <w:p w14:paraId="2E1A4B39" w14:textId="77777777" w:rsidR="00D26382" w:rsidRPr="00374A1F" w:rsidRDefault="00D26382" w:rsidP="00F40F3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1C4A6FE" w14:textId="77777777" w:rsidR="00D26382" w:rsidRPr="00374A1F" w:rsidRDefault="00D26382" w:rsidP="00F40F3D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Număr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înregistrare</w:t>
            </w:r>
          </w:p>
        </w:tc>
        <w:tc>
          <w:tcPr>
            <w:tcW w:w="3313" w:type="dxa"/>
            <w:shd w:val="clear" w:color="auto" w:fill="EFEFEF"/>
          </w:tcPr>
          <w:p w14:paraId="30473D95" w14:textId="77777777" w:rsidR="00D26382" w:rsidRPr="00374A1F" w:rsidRDefault="00D26382" w:rsidP="00F40F3D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D26382" w:rsidRPr="00374A1F" w14:paraId="7811DAF7" w14:textId="77777777" w:rsidTr="00F40F3D">
        <w:trPr>
          <w:trHeight w:val="168"/>
        </w:trPr>
        <w:tc>
          <w:tcPr>
            <w:tcW w:w="9630" w:type="dxa"/>
            <w:gridSpan w:val="4"/>
            <w:shd w:val="clear" w:color="auto" w:fill="EFEFEF"/>
          </w:tcPr>
          <w:p w14:paraId="32E436AA" w14:textId="77777777" w:rsidR="00D26382" w:rsidRPr="00374A1F" w:rsidRDefault="00D26382" w:rsidP="00F40F3D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 w:rsidRPr="00374A1F">
              <w:rPr>
                <w:i/>
                <w:w w:val="105"/>
                <w:sz w:val="14"/>
              </w:rPr>
              <w:t>se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completează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de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autoritate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—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solicitantul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nu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scrie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în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această</w:t>
            </w:r>
            <w:r w:rsidRPr="00374A1F">
              <w:rPr>
                <w:i/>
                <w:spacing w:val="-7"/>
                <w:w w:val="105"/>
                <w:sz w:val="14"/>
              </w:rPr>
              <w:t xml:space="preserve"> </w:t>
            </w:r>
            <w:r w:rsidRPr="00374A1F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Instituția</w:t>
            </w:r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r w:rsidRPr="00F801F2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Număr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dacă imobilul e înscris în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funciară actualizat, anexat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 plan de încadrare în zonă în sistem Stereo 70, anexat</w:t>
            </w:r>
            <w:r w:rsidR="00F8517F" w:rsidRPr="00F8517F">
              <w:rPr>
                <w:sz w:val="16"/>
                <w:lang w:val="fr-FR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9EFEE" w14:textId="77777777" w:rsidR="00BA4D4B" w:rsidRDefault="00BA4D4B">
      <w:r>
        <w:separator/>
      </w:r>
    </w:p>
  </w:endnote>
  <w:endnote w:type="continuationSeparator" w:id="0">
    <w:p w14:paraId="4748901B" w14:textId="77777777" w:rsidR="00BA4D4B" w:rsidRDefault="00BA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D2864" w14:textId="77777777" w:rsidR="00BA4D4B" w:rsidRDefault="00BA4D4B">
      <w:r>
        <w:separator/>
      </w:r>
    </w:p>
  </w:footnote>
  <w:footnote w:type="continuationSeparator" w:id="0">
    <w:p w14:paraId="3C820BD7" w14:textId="77777777" w:rsidR="00BA4D4B" w:rsidRDefault="00BA4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r w:rsidRPr="00F8517F">
      <w:rPr>
        <w:b/>
        <w:bCs/>
        <w:i/>
        <w:iCs/>
        <w:color w:val="595959"/>
        <w:sz w:val="24"/>
        <w:szCs w:val="24"/>
        <w:u w:val="single"/>
      </w:rPr>
      <w:t xml:space="preserve">Anexa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>F_CU_01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BA4D4B"/>
    <w:rsid w:val="00CB0664"/>
    <w:rsid w:val="00D26382"/>
    <w:rsid w:val="00E25052"/>
    <w:rsid w:val="00E61A6B"/>
    <w:rsid w:val="00EB76E7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D26382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Roseti</cp:lastModifiedBy>
  <cp:revision>2</cp:revision>
  <dcterms:created xsi:type="dcterms:W3CDTF">2013-12-23T23:15:00Z</dcterms:created>
  <dcterms:modified xsi:type="dcterms:W3CDTF">2026-09-11T05:57:00Z</dcterms:modified>
  <cp:category/>
</cp:coreProperties>
</file>