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8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3"/>
        <w:gridCol w:w="2338"/>
        <w:gridCol w:w="2336"/>
        <w:gridCol w:w="3313"/>
      </w:tblGrid>
      <w:tr w:rsidR="00D864D6" w:rsidRPr="00374A1F" w14:paraId="68A87601" w14:textId="77777777" w:rsidTr="00753DA2">
        <w:trPr>
          <w:trHeight w:val="494"/>
        </w:trPr>
        <w:tc>
          <w:tcPr>
            <w:tcW w:w="1643" w:type="dxa"/>
            <w:vMerge w:val="restart"/>
          </w:tcPr>
          <w:p w14:paraId="6B885143" w14:textId="77777777" w:rsidR="00D864D6" w:rsidRPr="00374A1F" w:rsidRDefault="00D864D6" w:rsidP="00753DA2">
            <w:pPr>
              <w:jc w:val="center"/>
              <w:rPr>
                <w:rFonts w:eastAsia="Arial Unicode MS"/>
                <w:b/>
              </w:rPr>
            </w:pPr>
            <w:bookmarkStart w:id="0" w:name="_Hlk518486108"/>
            <w:r w:rsidRPr="00374A1F">
              <w:rPr>
                <w:rFonts w:eastAsia="Arial Unicode MS"/>
                <w:b/>
              </w:rPr>
              <w:t>ROMÂNIA</w:t>
            </w:r>
          </w:p>
          <w:p w14:paraId="67A26CC0" w14:textId="77777777" w:rsidR="00D864D6" w:rsidRPr="00374A1F" w:rsidRDefault="00D864D6" w:rsidP="00753DA2">
            <w:pPr>
              <w:jc w:val="center"/>
              <w:rPr>
                <w:rFonts w:eastAsia="Arial Unicode MS"/>
                <w:b/>
              </w:rPr>
            </w:pPr>
            <w:r w:rsidRPr="00374A1F">
              <w:rPr>
                <w:rFonts w:eastAsia="Arial Unicode MS"/>
                <w:b/>
                <w:noProof/>
              </w:rPr>
              <w:drawing>
                <wp:inline distT="0" distB="0" distL="0" distR="0" wp14:anchorId="53FCAB43" wp14:editId="1F431218">
                  <wp:extent cx="855496" cy="1188085"/>
                  <wp:effectExtent l="0" t="0" r="1905" b="0"/>
                  <wp:docPr id="1123628270" name="Pictur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198" cy="1214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bookmarkEnd w:id="0"/>
          <w:p w14:paraId="5D32F3DD" w14:textId="77777777" w:rsidR="00D864D6" w:rsidRPr="00374A1F" w:rsidRDefault="00D864D6" w:rsidP="00753DA2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7987" w:type="dxa"/>
            <w:gridSpan w:val="3"/>
            <w:shd w:val="clear" w:color="auto" w:fill="EFEFEF"/>
          </w:tcPr>
          <w:p w14:paraId="06C257A1" w14:textId="77777777" w:rsidR="00D864D6" w:rsidRPr="0061370C" w:rsidRDefault="00D864D6" w:rsidP="00753DA2">
            <w:pPr>
              <w:pStyle w:val="TableParagraph"/>
              <w:rPr>
                <w:b/>
                <w:szCs w:val="36"/>
              </w:rPr>
            </w:pPr>
            <w:r w:rsidRPr="0061370C">
              <w:rPr>
                <w:b/>
                <w:spacing w:val="-2"/>
                <w:w w:val="105"/>
                <w:szCs w:val="36"/>
              </w:rPr>
              <w:t>Județul CĂLĂRAȘI</w:t>
            </w:r>
          </w:p>
        </w:tc>
      </w:tr>
      <w:tr w:rsidR="00D864D6" w:rsidRPr="00374A1F" w14:paraId="47EB5C2F" w14:textId="77777777" w:rsidTr="00753DA2">
        <w:trPr>
          <w:trHeight w:val="493"/>
        </w:trPr>
        <w:tc>
          <w:tcPr>
            <w:tcW w:w="1643" w:type="dxa"/>
            <w:vMerge/>
            <w:tcBorders>
              <w:top w:val="nil"/>
            </w:tcBorders>
          </w:tcPr>
          <w:p w14:paraId="21C3FF3F" w14:textId="77777777" w:rsidR="00D864D6" w:rsidRPr="00374A1F" w:rsidRDefault="00D864D6" w:rsidP="00753DA2">
            <w:pPr>
              <w:rPr>
                <w:sz w:val="2"/>
                <w:szCs w:val="2"/>
              </w:rPr>
            </w:pPr>
          </w:p>
        </w:tc>
        <w:tc>
          <w:tcPr>
            <w:tcW w:w="7987" w:type="dxa"/>
            <w:gridSpan w:val="3"/>
            <w:shd w:val="clear" w:color="auto" w:fill="EFEFEF"/>
          </w:tcPr>
          <w:p w14:paraId="7723E987" w14:textId="77777777" w:rsidR="00D864D6" w:rsidRPr="0061370C" w:rsidRDefault="00D864D6" w:rsidP="00753DA2">
            <w:pPr>
              <w:pStyle w:val="TableParagraph"/>
              <w:rPr>
                <w:b/>
                <w:spacing w:val="-2"/>
                <w:szCs w:val="36"/>
              </w:rPr>
            </w:pPr>
            <w:r w:rsidRPr="0061370C">
              <w:rPr>
                <w:b/>
                <w:szCs w:val="36"/>
              </w:rPr>
              <w:t xml:space="preserve">PRIMĂRIA COMUNEI ROSEȚI  </w:t>
            </w:r>
          </w:p>
          <w:p w14:paraId="37C2D17C" w14:textId="77777777" w:rsidR="00D864D6" w:rsidRPr="0061370C" w:rsidRDefault="00D864D6" w:rsidP="00753DA2">
            <w:pPr>
              <w:pStyle w:val="TableParagraph"/>
              <w:rPr>
                <w:b/>
                <w:szCs w:val="36"/>
              </w:rPr>
            </w:pPr>
          </w:p>
        </w:tc>
      </w:tr>
      <w:tr w:rsidR="00D864D6" w:rsidRPr="00374A1F" w14:paraId="029DC5C9" w14:textId="77777777" w:rsidTr="00753DA2">
        <w:trPr>
          <w:trHeight w:val="502"/>
        </w:trPr>
        <w:tc>
          <w:tcPr>
            <w:tcW w:w="1643" w:type="dxa"/>
            <w:vMerge/>
            <w:tcBorders>
              <w:top w:val="nil"/>
            </w:tcBorders>
          </w:tcPr>
          <w:p w14:paraId="2B3C649F" w14:textId="77777777" w:rsidR="00D864D6" w:rsidRPr="00374A1F" w:rsidRDefault="00D864D6" w:rsidP="00753DA2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46ECF0AB" w14:textId="77777777" w:rsidR="00D864D6" w:rsidRPr="00374A1F" w:rsidRDefault="00D864D6" w:rsidP="00753DA2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Cod</w:t>
            </w:r>
            <w:r w:rsidRPr="00374A1F">
              <w:rPr>
                <w:b/>
                <w:spacing w:val="-10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de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identificare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fiscală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(CIF) 4294146</w:t>
            </w:r>
          </w:p>
        </w:tc>
        <w:tc>
          <w:tcPr>
            <w:tcW w:w="5649" w:type="dxa"/>
            <w:gridSpan w:val="2"/>
            <w:shd w:val="clear" w:color="auto" w:fill="EFEFEF"/>
          </w:tcPr>
          <w:p w14:paraId="0AD99FD9" w14:textId="77777777" w:rsidR="00D864D6" w:rsidRPr="00374A1F" w:rsidRDefault="00D864D6" w:rsidP="00753DA2">
            <w:pPr>
              <w:pStyle w:val="TableParagraph"/>
              <w:ind w:left="103"/>
              <w:rPr>
                <w:b/>
                <w:spacing w:val="-2"/>
                <w:w w:val="105"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Adresa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oficială</w:t>
            </w:r>
            <w:r w:rsidRPr="00374A1F">
              <w:rPr>
                <w:b/>
                <w:spacing w:val="-2"/>
                <w:w w:val="105"/>
                <w:sz w:val="18"/>
                <w:szCs w:val="28"/>
                <w:lang w:val="en-US"/>
              </w:rPr>
              <w:t xml:space="preserve">: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strada General Dragalina, nr. 20, Comuna Roseți, Județul Călărași, cod poștal 917210, telefon</w:t>
            </w:r>
            <w:r w:rsidRPr="00374A1F">
              <w:rPr>
                <w:b/>
                <w:spacing w:val="-2"/>
                <w:w w:val="105"/>
                <w:sz w:val="18"/>
                <w:szCs w:val="28"/>
                <w:lang w:val="en-US"/>
              </w:rPr>
              <w:t>: 0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 xml:space="preserve">242-344017,  </w:t>
            </w:r>
          </w:p>
          <w:p w14:paraId="59D6057F" w14:textId="77777777" w:rsidR="00D864D6" w:rsidRPr="00374A1F" w:rsidRDefault="00D864D6" w:rsidP="00753DA2">
            <w:pPr>
              <w:pStyle w:val="TableParagraph"/>
              <w:ind w:left="103"/>
              <w:rPr>
                <w:b/>
                <w:spacing w:val="-2"/>
                <w:w w:val="105"/>
                <w:sz w:val="18"/>
                <w:szCs w:val="28"/>
              </w:rPr>
            </w:pPr>
            <w:r w:rsidRPr="00374A1F">
              <w:rPr>
                <w:b/>
                <w:spacing w:val="-2"/>
                <w:w w:val="105"/>
                <w:sz w:val="18"/>
                <w:szCs w:val="28"/>
              </w:rPr>
              <w:t>e-mail: contact@comunaroseti.ro</w:t>
            </w:r>
          </w:p>
        </w:tc>
      </w:tr>
      <w:tr w:rsidR="00D864D6" w:rsidRPr="00374A1F" w14:paraId="057E8497" w14:textId="77777777" w:rsidTr="00753DA2">
        <w:trPr>
          <w:trHeight w:val="494"/>
        </w:trPr>
        <w:tc>
          <w:tcPr>
            <w:tcW w:w="1643" w:type="dxa"/>
            <w:vMerge/>
            <w:tcBorders>
              <w:top w:val="nil"/>
            </w:tcBorders>
          </w:tcPr>
          <w:p w14:paraId="79B97207" w14:textId="77777777" w:rsidR="00D864D6" w:rsidRPr="00374A1F" w:rsidRDefault="00D864D6" w:rsidP="00753DA2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5A5877B8" w14:textId="77777777" w:rsidR="00D864D6" w:rsidRPr="00374A1F" w:rsidRDefault="00D864D6" w:rsidP="00753DA2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Număr</w:t>
            </w:r>
            <w:r w:rsidRPr="00374A1F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de</w:t>
            </w:r>
            <w:r w:rsidRPr="00374A1F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înregistrare</w:t>
            </w:r>
          </w:p>
        </w:tc>
        <w:tc>
          <w:tcPr>
            <w:tcW w:w="3313" w:type="dxa"/>
            <w:shd w:val="clear" w:color="auto" w:fill="EFEFEF"/>
          </w:tcPr>
          <w:p w14:paraId="0EF5C475" w14:textId="77777777" w:rsidR="00D864D6" w:rsidRPr="00374A1F" w:rsidRDefault="00D864D6" w:rsidP="00753DA2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</w:tr>
      <w:tr w:rsidR="00D864D6" w:rsidRPr="00374A1F" w14:paraId="67AF87E1" w14:textId="77777777" w:rsidTr="00753DA2">
        <w:trPr>
          <w:trHeight w:val="168"/>
        </w:trPr>
        <w:tc>
          <w:tcPr>
            <w:tcW w:w="9630" w:type="dxa"/>
            <w:gridSpan w:val="4"/>
            <w:shd w:val="clear" w:color="auto" w:fill="EFEFEF"/>
          </w:tcPr>
          <w:p w14:paraId="61B13E4A" w14:textId="77777777" w:rsidR="00D864D6" w:rsidRPr="00374A1F" w:rsidRDefault="00D864D6" w:rsidP="00753DA2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 w:rsidRPr="00374A1F">
              <w:rPr>
                <w:i/>
                <w:w w:val="105"/>
                <w:sz w:val="14"/>
              </w:rPr>
              <w:t>se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completează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de</w:t>
            </w:r>
            <w:r w:rsidRPr="00374A1F">
              <w:rPr>
                <w:i/>
                <w:spacing w:val="-9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autoritate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—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solicitantul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nu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scrie</w:t>
            </w:r>
            <w:r w:rsidRPr="00374A1F">
              <w:rPr>
                <w:i/>
                <w:spacing w:val="-9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în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această</w:t>
            </w:r>
            <w:r w:rsidRPr="00374A1F">
              <w:rPr>
                <w:i/>
                <w:spacing w:val="-7"/>
                <w:w w:val="105"/>
                <w:sz w:val="14"/>
              </w:rPr>
              <w:t xml:space="preserve"> </w:t>
            </w:r>
            <w:r w:rsidRPr="00374A1F">
              <w:rPr>
                <w:i/>
                <w:spacing w:val="-4"/>
                <w:w w:val="105"/>
                <w:sz w:val="14"/>
              </w:rPr>
              <w:t>zonă</w:t>
            </w:r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00000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Instituția</w:t>
            </w:r>
          </w:p>
          <w:p w14:paraId="2863ECC5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000000">
            <w:pPr>
              <w:spacing w:line="228" w:lineRule="auto"/>
              <w:rPr>
                <w:lang w:val="fr-FR"/>
              </w:rPr>
            </w:pPr>
            <w:r w:rsidRPr="00343BB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000000">
            <w:r>
              <w:rPr>
                <w:b/>
                <w:color w:val="0D5F78"/>
              </w:rPr>
              <w:t>Telefon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000000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000000">
      <w:pPr>
        <w:spacing w:before="80" w:after="60"/>
        <w:jc w:val="center"/>
      </w:pPr>
      <w:r>
        <w:rPr>
          <w:sz w:val="18"/>
        </w:rPr>
        <w:t>în temeiul art. 257 alin. (17) din Legea nr. 169/2026 privind Codul amenajării teritoriului, urbanismului și construcțiilor,</w:t>
      </w:r>
    </w:p>
    <w:p w14:paraId="21143514" w14:textId="77777777" w:rsidR="00004412" w:rsidRDefault="00000000">
      <w:pPr>
        <w:spacing w:before="80" w:after="60"/>
        <w:jc w:val="center"/>
        <w:rPr>
          <w:b/>
          <w:color w:val="000000"/>
          <w:sz w:val="18"/>
          <w:lang w:val="fr-FR"/>
        </w:rPr>
      </w:pPr>
      <w:r w:rsidRPr="00004412">
        <w:rPr>
          <w:sz w:val="18"/>
          <w:lang w:val="fr-FR"/>
        </w:rPr>
        <w:t>solicit prelungirea valabilității</w:t>
      </w:r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000000">
            <w:r>
              <w:rPr>
                <w:b/>
                <w:color w:val="0D5F78"/>
              </w:rPr>
              <w:t>Prelungirea solicitată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000000">
            <w:r>
              <w:rPr>
                <w:b/>
                <w:color w:val="0D5F78"/>
              </w:rPr>
              <w:t>până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Număr cadastral</w:t>
            </w:r>
          </w:p>
          <w:p w14:paraId="34F88BB8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000000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000000">
            <w:r>
              <w:rPr>
                <w:b/>
                <w:color w:val="0D5F78"/>
              </w:rPr>
              <w:t>Solicitantul</w:t>
            </w:r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000000">
            <w:r>
              <w:rPr>
                <w:b/>
                <w:color w:val="0D5F78"/>
              </w:rPr>
              <w:t>Semnătura</w:t>
            </w:r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35BD5" w14:textId="77777777" w:rsidR="00CF5E51" w:rsidRDefault="00CF5E51">
      <w:r>
        <w:separator/>
      </w:r>
    </w:p>
  </w:endnote>
  <w:endnote w:type="continuationSeparator" w:id="0">
    <w:p w14:paraId="366BDCBB" w14:textId="77777777" w:rsidR="00CF5E51" w:rsidRDefault="00CF5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Footer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25584" w14:textId="77777777" w:rsidR="00CF5E51" w:rsidRDefault="00CF5E51">
      <w:r>
        <w:separator/>
      </w:r>
    </w:p>
  </w:footnote>
  <w:footnote w:type="continuationSeparator" w:id="0">
    <w:p w14:paraId="4427B9B0" w14:textId="77777777" w:rsidR="00CF5E51" w:rsidRDefault="00CF5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15074B"/>
    <w:rsid w:val="00200236"/>
    <w:rsid w:val="0029639D"/>
    <w:rsid w:val="00326F90"/>
    <w:rsid w:val="00343BBA"/>
    <w:rsid w:val="00377113"/>
    <w:rsid w:val="006C103E"/>
    <w:rsid w:val="00AA1D8D"/>
    <w:rsid w:val="00AE053A"/>
    <w:rsid w:val="00B47730"/>
    <w:rsid w:val="00CB0664"/>
    <w:rsid w:val="00CD60E9"/>
    <w:rsid w:val="00CF5E51"/>
    <w:rsid w:val="00D864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D864D6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Primaria Roseti</cp:lastModifiedBy>
  <cp:revision>2</cp:revision>
  <dcterms:created xsi:type="dcterms:W3CDTF">2013-12-23T23:15:00Z</dcterms:created>
  <dcterms:modified xsi:type="dcterms:W3CDTF">2026-09-11T06:00:00Z</dcterms:modified>
  <cp:category/>
</cp:coreProperties>
</file>