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643"/>
        <w:gridCol w:w="2338"/>
        <w:gridCol w:w="2336"/>
        <w:gridCol w:w="3313"/>
      </w:tblGrid>
      <w:tr w:rsidR="00480560" w:rsidRPr="00374A1F" w14:paraId="5F89251F" w14:textId="77777777" w:rsidTr="00A2250D">
        <w:trPr>
          <w:trHeight w:val="494"/>
        </w:trPr>
        <w:tc>
          <w:tcPr>
            <w:tcW w:w="1643" w:type="dxa"/>
            <w:vMerge w:val="restart"/>
          </w:tcPr>
          <w:p w14:paraId="1EC90DB6" w14:textId="77777777" w:rsidR="00480560" w:rsidRPr="00374A1F" w:rsidRDefault="00480560" w:rsidP="00A2250D">
            <w:pPr>
              <w:jc w:val="center"/>
              <w:rPr>
                <w:rFonts w:eastAsia="Arial Unicode MS"/>
                <w:b/>
              </w:rPr>
            </w:pPr>
            <w:bookmarkStart w:id="0" w:name="_Hlk518486108"/>
            <w:r w:rsidRPr="00374A1F">
              <w:rPr>
                <w:rFonts w:eastAsia="Arial Unicode MS"/>
                <w:b/>
              </w:rPr>
              <w:t>ROMÂNIA</w:t>
            </w:r>
          </w:p>
          <w:p w14:paraId="221FB152" w14:textId="77777777" w:rsidR="00480560" w:rsidRPr="00374A1F" w:rsidRDefault="00480560" w:rsidP="00A2250D">
            <w:pPr>
              <w:jc w:val="center"/>
              <w:rPr>
                <w:rFonts w:eastAsia="Arial Unicode MS"/>
                <w:b/>
              </w:rPr>
            </w:pPr>
            <w:r w:rsidRPr="00374A1F">
              <w:rPr>
                <w:rFonts w:eastAsia="Arial Unicode MS"/>
                <w:b/>
                <w:noProof/>
              </w:rPr>
              <w:drawing>
                <wp:inline distT="0" distB="0" distL="0" distR="0" wp14:anchorId="364A34FE" wp14:editId="57DFD155">
                  <wp:extent cx="855496" cy="1188085"/>
                  <wp:effectExtent l="0" t="0" r="1905" b="0"/>
                  <wp:docPr id="1123628270"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198" cy="1214058"/>
                          </a:xfrm>
                          <a:prstGeom prst="rect">
                            <a:avLst/>
                          </a:prstGeom>
                          <a:noFill/>
                          <a:ln>
                            <a:noFill/>
                          </a:ln>
                        </pic:spPr>
                      </pic:pic>
                    </a:graphicData>
                  </a:graphic>
                </wp:inline>
              </w:drawing>
            </w:r>
          </w:p>
          <w:bookmarkEnd w:id="0"/>
          <w:p w14:paraId="34E26517" w14:textId="77777777" w:rsidR="00480560" w:rsidRPr="00374A1F" w:rsidRDefault="00480560" w:rsidP="00A2250D">
            <w:pPr>
              <w:pStyle w:val="TableParagraph"/>
              <w:spacing w:before="0"/>
              <w:ind w:left="0"/>
              <w:rPr>
                <w:sz w:val="14"/>
              </w:rPr>
            </w:pPr>
          </w:p>
        </w:tc>
        <w:tc>
          <w:tcPr>
            <w:tcW w:w="7987" w:type="dxa"/>
            <w:gridSpan w:val="3"/>
            <w:shd w:val="clear" w:color="auto" w:fill="EFEFEF"/>
          </w:tcPr>
          <w:p w14:paraId="6C4CF613" w14:textId="77777777" w:rsidR="00480560" w:rsidRPr="0061370C" w:rsidRDefault="00480560" w:rsidP="00A2250D">
            <w:pPr>
              <w:pStyle w:val="TableParagraph"/>
              <w:rPr>
                <w:b/>
                <w:szCs w:val="36"/>
              </w:rPr>
            </w:pPr>
            <w:r w:rsidRPr="0061370C">
              <w:rPr>
                <w:b/>
                <w:spacing w:val="-2"/>
                <w:w w:val="105"/>
                <w:szCs w:val="36"/>
              </w:rPr>
              <w:t>Județul CĂLĂRAȘI</w:t>
            </w:r>
          </w:p>
        </w:tc>
      </w:tr>
      <w:tr w:rsidR="00480560" w:rsidRPr="00374A1F" w14:paraId="19E89063" w14:textId="77777777" w:rsidTr="00A2250D">
        <w:trPr>
          <w:trHeight w:val="493"/>
        </w:trPr>
        <w:tc>
          <w:tcPr>
            <w:tcW w:w="1643" w:type="dxa"/>
            <w:vMerge/>
            <w:tcBorders>
              <w:top w:val="nil"/>
            </w:tcBorders>
          </w:tcPr>
          <w:p w14:paraId="2B61F798" w14:textId="77777777" w:rsidR="00480560" w:rsidRPr="00374A1F" w:rsidRDefault="00480560" w:rsidP="00A2250D">
            <w:pPr>
              <w:rPr>
                <w:sz w:val="2"/>
                <w:szCs w:val="2"/>
              </w:rPr>
            </w:pPr>
          </w:p>
        </w:tc>
        <w:tc>
          <w:tcPr>
            <w:tcW w:w="7987" w:type="dxa"/>
            <w:gridSpan w:val="3"/>
            <w:shd w:val="clear" w:color="auto" w:fill="EFEFEF"/>
          </w:tcPr>
          <w:p w14:paraId="68645A2F" w14:textId="77777777" w:rsidR="00480560" w:rsidRPr="0061370C" w:rsidRDefault="00480560" w:rsidP="00A2250D">
            <w:pPr>
              <w:pStyle w:val="TableParagraph"/>
              <w:rPr>
                <w:b/>
                <w:spacing w:val="-2"/>
                <w:szCs w:val="36"/>
              </w:rPr>
            </w:pPr>
            <w:r w:rsidRPr="0061370C">
              <w:rPr>
                <w:b/>
                <w:szCs w:val="36"/>
              </w:rPr>
              <w:t xml:space="preserve">PRIMĂRIA COMUNEI ROSEȚI  </w:t>
            </w:r>
          </w:p>
          <w:p w14:paraId="6CE4A05A" w14:textId="77777777" w:rsidR="00480560" w:rsidRPr="0061370C" w:rsidRDefault="00480560" w:rsidP="00A2250D">
            <w:pPr>
              <w:pStyle w:val="TableParagraph"/>
              <w:rPr>
                <w:b/>
                <w:szCs w:val="36"/>
              </w:rPr>
            </w:pPr>
          </w:p>
        </w:tc>
      </w:tr>
      <w:tr w:rsidR="00480560" w:rsidRPr="00374A1F" w14:paraId="7C8C788E" w14:textId="77777777" w:rsidTr="00A2250D">
        <w:trPr>
          <w:trHeight w:val="502"/>
        </w:trPr>
        <w:tc>
          <w:tcPr>
            <w:tcW w:w="1643" w:type="dxa"/>
            <w:vMerge/>
            <w:tcBorders>
              <w:top w:val="nil"/>
            </w:tcBorders>
          </w:tcPr>
          <w:p w14:paraId="09F7EAD4" w14:textId="77777777" w:rsidR="00480560" w:rsidRPr="00374A1F" w:rsidRDefault="00480560" w:rsidP="00A2250D">
            <w:pPr>
              <w:rPr>
                <w:sz w:val="2"/>
                <w:szCs w:val="2"/>
              </w:rPr>
            </w:pPr>
          </w:p>
        </w:tc>
        <w:tc>
          <w:tcPr>
            <w:tcW w:w="2338" w:type="dxa"/>
            <w:shd w:val="clear" w:color="auto" w:fill="EFEFEF"/>
          </w:tcPr>
          <w:p w14:paraId="06F877B9" w14:textId="77777777" w:rsidR="00480560" w:rsidRPr="00374A1F" w:rsidRDefault="00480560" w:rsidP="00A2250D">
            <w:pPr>
              <w:pStyle w:val="TableParagraph"/>
              <w:rPr>
                <w:b/>
                <w:sz w:val="18"/>
                <w:szCs w:val="28"/>
              </w:rPr>
            </w:pPr>
            <w:r w:rsidRPr="00374A1F">
              <w:rPr>
                <w:b/>
                <w:w w:val="105"/>
                <w:sz w:val="18"/>
                <w:szCs w:val="28"/>
              </w:rPr>
              <w:t>Cod</w:t>
            </w:r>
            <w:r w:rsidRPr="00374A1F">
              <w:rPr>
                <w:b/>
                <w:spacing w:val="-10"/>
                <w:w w:val="105"/>
                <w:sz w:val="18"/>
                <w:szCs w:val="28"/>
              </w:rPr>
              <w:t xml:space="preserve"> </w:t>
            </w:r>
            <w:r w:rsidRPr="00374A1F">
              <w:rPr>
                <w:b/>
                <w:w w:val="105"/>
                <w:sz w:val="18"/>
                <w:szCs w:val="28"/>
              </w:rPr>
              <w:t>de</w:t>
            </w:r>
            <w:r w:rsidRPr="00374A1F">
              <w:rPr>
                <w:b/>
                <w:spacing w:val="-9"/>
                <w:w w:val="105"/>
                <w:sz w:val="18"/>
                <w:szCs w:val="28"/>
              </w:rPr>
              <w:t xml:space="preserve"> </w:t>
            </w:r>
            <w:r w:rsidRPr="00374A1F">
              <w:rPr>
                <w:b/>
                <w:w w:val="105"/>
                <w:sz w:val="18"/>
                <w:szCs w:val="28"/>
              </w:rPr>
              <w:t>identificare</w:t>
            </w:r>
            <w:r w:rsidRPr="00374A1F">
              <w:rPr>
                <w:b/>
                <w:spacing w:val="-9"/>
                <w:w w:val="105"/>
                <w:sz w:val="18"/>
                <w:szCs w:val="28"/>
              </w:rPr>
              <w:t xml:space="preserve"> </w:t>
            </w:r>
            <w:r w:rsidRPr="00374A1F">
              <w:rPr>
                <w:b/>
                <w:w w:val="105"/>
                <w:sz w:val="18"/>
                <w:szCs w:val="28"/>
              </w:rPr>
              <w:t>fiscală</w:t>
            </w:r>
            <w:r w:rsidRPr="00374A1F">
              <w:rPr>
                <w:b/>
                <w:spacing w:val="-9"/>
                <w:w w:val="105"/>
                <w:sz w:val="18"/>
                <w:szCs w:val="28"/>
              </w:rPr>
              <w:t xml:space="preserve"> </w:t>
            </w:r>
            <w:r w:rsidRPr="00374A1F">
              <w:rPr>
                <w:b/>
                <w:spacing w:val="-2"/>
                <w:w w:val="105"/>
                <w:sz w:val="18"/>
                <w:szCs w:val="28"/>
              </w:rPr>
              <w:t>(CIF) 4294146</w:t>
            </w:r>
          </w:p>
        </w:tc>
        <w:tc>
          <w:tcPr>
            <w:tcW w:w="5649" w:type="dxa"/>
            <w:gridSpan w:val="2"/>
            <w:shd w:val="clear" w:color="auto" w:fill="EFEFEF"/>
          </w:tcPr>
          <w:p w14:paraId="0515AA3C" w14:textId="77777777" w:rsidR="00480560" w:rsidRPr="00374A1F" w:rsidRDefault="00480560" w:rsidP="00A2250D">
            <w:pPr>
              <w:pStyle w:val="TableParagraph"/>
              <w:ind w:left="103"/>
              <w:rPr>
                <w:b/>
                <w:spacing w:val="-2"/>
                <w:w w:val="105"/>
                <w:sz w:val="18"/>
                <w:szCs w:val="28"/>
              </w:rPr>
            </w:pPr>
            <w:r w:rsidRPr="00374A1F">
              <w:rPr>
                <w:b/>
                <w:w w:val="105"/>
                <w:sz w:val="18"/>
                <w:szCs w:val="28"/>
              </w:rPr>
              <w:t>Adresa</w:t>
            </w:r>
            <w:r w:rsidRPr="00374A1F">
              <w:rPr>
                <w:b/>
                <w:spacing w:val="-9"/>
                <w:w w:val="105"/>
                <w:sz w:val="18"/>
                <w:szCs w:val="28"/>
              </w:rPr>
              <w:t xml:space="preserve"> </w:t>
            </w:r>
            <w:r w:rsidRPr="00374A1F">
              <w:rPr>
                <w:b/>
                <w:spacing w:val="-2"/>
                <w:w w:val="105"/>
                <w:sz w:val="18"/>
                <w:szCs w:val="28"/>
              </w:rPr>
              <w:t>oficială</w:t>
            </w:r>
            <w:r w:rsidRPr="00374A1F">
              <w:rPr>
                <w:b/>
                <w:spacing w:val="-2"/>
                <w:w w:val="105"/>
                <w:sz w:val="18"/>
                <w:szCs w:val="28"/>
                <w:lang w:val="en-US"/>
              </w:rPr>
              <w:t xml:space="preserve">: </w:t>
            </w:r>
            <w:r w:rsidRPr="00374A1F">
              <w:rPr>
                <w:b/>
                <w:spacing w:val="-2"/>
                <w:w w:val="105"/>
                <w:sz w:val="18"/>
                <w:szCs w:val="28"/>
              </w:rPr>
              <w:t>strada General Dragalina, nr. 20, Comuna Roseți, Județul Călărași, cod poștal 917210, telefon</w:t>
            </w:r>
            <w:r w:rsidRPr="00374A1F">
              <w:rPr>
                <w:b/>
                <w:spacing w:val="-2"/>
                <w:w w:val="105"/>
                <w:sz w:val="18"/>
                <w:szCs w:val="28"/>
                <w:lang w:val="en-US"/>
              </w:rPr>
              <w:t>: 0</w:t>
            </w:r>
            <w:r w:rsidRPr="00374A1F">
              <w:rPr>
                <w:b/>
                <w:spacing w:val="-2"/>
                <w:w w:val="105"/>
                <w:sz w:val="18"/>
                <w:szCs w:val="28"/>
              </w:rPr>
              <w:t xml:space="preserve">242-344017,  </w:t>
            </w:r>
          </w:p>
          <w:p w14:paraId="2B3071DA" w14:textId="77777777" w:rsidR="00480560" w:rsidRPr="00374A1F" w:rsidRDefault="00480560" w:rsidP="00A2250D">
            <w:pPr>
              <w:pStyle w:val="TableParagraph"/>
              <w:ind w:left="103"/>
              <w:rPr>
                <w:b/>
                <w:spacing w:val="-2"/>
                <w:w w:val="105"/>
                <w:sz w:val="18"/>
                <w:szCs w:val="28"/>
              </w:rPr>
            </w:pPr>
            <w:r w:rsidRPr="00374A1F">
              <w:rPr>
                <w:b/>
                <w:spacing w:val="-2"/>
                <w:w w:val="105"/>
                <w:sz w:val="18"/>
                <w:szCs w:val="28"/>
              </w:rPr>
              <w:t>e-mail: contact@comunaroseti.ro</w:t>
            </w:r>
          </w:p>
        </w:tc>
      </w:tr>
      <w:tr w:rsidR="00480560" w:rsidRPr="00374A1F" w14:paraId="0A67F15F" w14:textId="77777777" w:rsidTr="00A2250D">
        <w:trPr>
          <w:trHeight w:val="494"/>
        </w:trPr>
        <w:tc>
          <w:tcPr>
            <w:tcW w:w="1643" w:type="dxa"/>
            <w:vMerge/>
            <w:tcBorders>
              <w:top w:val="nil"/>
            </w:tcBorders>
          </w:tcPr>
          <w:p w14:paraId="33F9E0EA" w14:textId="77777777" w:rsidR="00480560" w:rsidRPr="00374A1F" w:rsidRDefault="00480560" w:rsidP="00A2250D">
            <w:pPr>
              <w:rPr>
                <w:sz w:val="2"/>
                <w:szCs w:val="2"/>
              </w:rPr>
            </w:pPr>
          </w:p>
        </w:tc>
        <w:tc>
          <w:tcPr>
            <w:tcW w:w="4674" w:type="dxa"/>
            <w:gridSpan w:val="2"/>
            <w:shd w:val="clear" w:color="auto" w:fill="EFEFEF"/>
          </w:tcPr>
          <w:p w14:paraId="14363845" w14:textId="77777777" w:rsidR="00480560" w:rsidRPr="00374A1F" w:rsidRDefault="00480560" w:rsidP="00A2250D">
            <w:pPr>
              <w:pStyle w:val="TableParagraph"/>
              <w:rPr>
                <w:b/>
                <w:sz w:val="18"/>
                <w:szCs w:val="28"/>
              </w:rPr>
            </w:pPr>
            <w:r w:rsidRPr="00374A1F">
              <w:rPr>
                <w:b/>
                <w:w w:val="105"/>
                <w:sz w:val="18"/>
                <w:szCs w:val="28"/>
              </w:rPr>
              <w:t>Număr</w:t>
            </w:r>
            <w:r w:rsidRPr="00374A1F">
              <w:rPr>
                <w:b/>
                <w:spacing w:val="-7"/>
                <w:w w:val="105"/>
                <w:sz w:val="18"/>
                <w:szCs w:val="28"/>
              </w:rPr>
              <w:t xml:space="preserve"> </w:t>
            </w:r>
            <w:r w:rsidRPr="00374A1F">
              <w:rPr>
                <w:b/>
                <w:w w:val="105"/>
                <w:sz w:val="18"/>
                <w:szCs w:val="28"/>
              </w:rPr>
              <w:t>de</w:t>
            </w:r>
            <w:r w:rsidRPr="00374A1F">
              <w:rPr>
                <w:b/>
                <w:spacing w:val="-7"/>
                <w:w w:val="105"/>
                <w:sz w:val="18"/>
                <w:szCs w:val="28"/>
              </w:rPr>
              <w:t xml:space="preserve"> </w:t>
            </w:r>
            <w:r w:rsidRPr="00374A1F">
              <w:rPr>
                <w:b/>
                <w:spacing w:val="-2"/>
                <w:w w:val="105"/>
                <w:sz w:val="18"/>
                <w:szCs w:val="28"/>
              </w:rPr>
              <w:t>înregistrare</w:t>
            </w:r>
          </w:p>
        </w:tc>
        <w:tc>
          <w:tcPr>
            <w:tcW w:w="3313" w:type="dxa"/>
            <w:shd w:val="clear" w:color="auto" w:fill="EFEFEF"/>
          </w:tcPr>
          <w:p w14:paraId="7F195893" w14:textId="77777777" w:rsidR="00480560" w:rsidRPr="00374A1F" w:rsidRDefault="00480560" w:rsidP="00A2250D">
            <w:pPr>
              <w:pStyle w:val="TableParagraph"/>
              <w:rPr>
                <w:b/>
                <w:sz w:val="18"/>
                <w:szCs w:val="28"/>
              </w:rPr>
            </w:pPr>
            <w:r w:rsidRPr="00374A1F">
              <w:rPr>
                <w:b/>
                <w:spacing w:val="-4"/>
                <w:w w:val="105"/>
                <w:sz w:val="18"/>
                <w:szCs w:val="28"/>
              </w:rPr>
              <w:t>Data</w:t>
            </w:r>
          </w:p>
        </w:tc>
      </w:tr>
      <w:tr w:rsidR="00480560" w:rsidRPr="00374A1F" w14:paraId="2C96F538" w14:textId="77777777" w:rsidTr="00A2250D">
        <w:trPr>
          <w:trHeight w:val="168"/>
        </w:trPr>
        <w:tc>
          <w:tcPr>
            <w:tcW w:w="9630" w:type="dxa"/>
            <w:gridSpan w:val="4"/>
            <w:shd w:val="clear" w:color="auto" w:fill="EFEFEF"/>
          </w:tcPr>
          <w:p w14:paraId="50A387A0" w14:textId="77777777" w:rsidR="00480560" w:rsidRPr="00374A1F" w:rsidRDefault="00480560" w:rsidP="00A2250D">
            <w:pPr>
              <w:pStyle w:val="TableParagraph"/>
              <w:spacing w:line="143" w:lineRule="exact"/>
              <w:ind w:left="140"/>
              <w:rPr>
                <w:i/>
                <w:sz w:val="14"/>
              </w:rPr>
            </w:pPr>
            <w:r w:rsidRPr="00374A1F">
              <w:rPr>
                <w:i/>
                <w:w w:val="105"/>
                <w:sz w:val="14"/>
              </w:rPr>
              <w:t>se</w:t>
            </w:r>
            <w:r w:rsidRPr="00374A1F">
              <w:rPr>
                <w:i/>
                <w:spacing w:val="-8"/>
                <w:w w:val="105"/>
                <w:sz w:val="14"/>
              </w:rPr>
              <w:t xml:space="preserve"> </w:t>
            </w:r>
            <w:r w:rsidRPr="00374A1F">
              <w:rPr>
                <w:i/>
                <w:w w:val="105"/>
                <w:sz w:val="14"/>
              </w:rPr>
              <w:t>completează</w:t>
            </w:r>
            <w:r w:rsidRPr="00374A1F">
              <w:rPr>
                <w:i/>
                <w:spacing w:val="-8"/>
                <w:w w:val="105"/>
                <w:sz w:val="14"/>
              </w:rPr>
              <w:t xml:space="preserve"> </w:t>
            </w:r>
            <w:r w:rsidRPr="00374A1F">
              <w:rPr>
                <w:i/>
                <w:w w:val="105"/>
                <w:sz w:val="14"/>
              </w:rPr>
              <w:t>de</w:t>
            </w:r>
            <w:r w:rsidRPr="00374A1F">
              <w:rPr>
                <w:i/>
                <w:spacing w:val="-9"/>
                <w:w w:val="105"/>
                <w:sz w:val="14"/>
              </w:rPr>
              <w:t xml:space="preserve"> </w:t>
            </w:r>
            <w:r w:rsidRPr="00374A1F">
              <w:rPr>
                <w:i/>
                <w:w w:val="105"/>
                <w:sz w:val="14"/>
              </w:rPr>
              <w:t>autoritate</w:t>
            </w:r>
            <w:r w:rsidRPr="00374A1F">
              <w:rPr>
                <w:i/>
                <w:spacing w:val="-8"/>
                <w:w w:val="105"/>
                <w:sz w:val="14"/>
              </w:rPr>
              <w:t xml:space="preserve"> </w:t>
            </w:r>
            <w:r w:rsidRPr="00374A1F">
              <w:rPr>
                <w:i/>
                <w:w w:val="105"/>
                <w:sz w:val="14"/>
              </w:rPr>
              <w:t>—</w:t>
            </w:r>
            <w:r w:rsidRPr="00374A1F">
              <w:rPr>
                <w:i/>
                <w:spacing w:val="-8"/>
                <w:w w:val="105"/>
                <w:sz w:val="14"/>
              </w:rPr>
              <w:t xml:space="preserve"> </w:t>
            </w:r>
            <w:r w:rsidRPr="00374A1F">
              <w:rPr>
                <w:i/>
                <w:w w:val="105"/>
                <w:sz w:val="14"/>
              </w:rPr>
              <w:t>solicitantul</w:t>
            </w:r>
            <w:r w:rsidRPr="00374A1F">
              <w:rPr>
                <w:i/>
                <w:spacing w:val="-8"/>
                <w:w w:val="105"/>
                <w:sz w:val="14"/>
              </w:rPr>
              <w:t xml:space="preserve"> </w:t>
            </w:r>
            <w:r w:rsidRPr="00374A1F">
              <w:rPr>
                <w:i/>
                <w:w w:val="105"/>
                <w:sz w:val="14"/>
              </w:rPr>
              <w:t>nu</w:t>
            </w:r>
            <w:r w:rsidRPr="00374A1F">
              <w:rPr>
                <w:i/>
                <w:spacing w:val="-8"/>
                <w:w w:val="105"/>
                <w:sz w:val="14"/>
              </w:rPr>
              <w:t xml:space="preserve"> </w:t>
            </w:r>
            <w:r w:rsidRPr="00374A1F">
              <w:rPr>
                <w:i/>
                <w:w w:val="105"/>
                <w:sz w:val="14"/>
              </w:rPr>
              <w:t>scrie</w:t>
            </w:r>
            <w:r w:rsidRPr="00374A1F">
              <w:rPr>
                <w:i/>
                <w:spacing w:val="-9"/>
                <w:w w:val="105"/>
                <w:sz w:val="14"/>
              </w:rPr>
              <w:t xml:space="preserve"> </w:t>
            </w:r>
            <w:r w:rsidRPr="00374A1F">
              <w:rPr>
                <w:i/>
                <w:w w:val="105"/>
                <w:sz w:val="14"/>
              </w:rPr>
              <w:t>în</w:t>
            </w:r>
            <w:r w:rsidRPr="00374A1F">
              <w:rPr>
                <w:i/>
                <w:spacing w:val="-8"/>
                <w:w w:val="105"/>
                <w:sz w:val="14"/>
              </w:rPr>
              <w:t xml:space="preserve"> </w:t>
            </w:r>
            <w:r w:rsidRPr="00374A1F">
              <w:rPr>
                <w:i/>
                <w:w w:val="105"/>
                <w:sz w:val="14"/>
              </w:rPr>
              <w:t>această</w:t>
            </w:r>
            <w:r w:rsidRPr="00374A1F">
              <w:rPr>
                <w:i/>
                <w:spacing w:val="-7"/>
                <w:w w:val="105"/>
                <w:sz w:val="14"/>
              </w:rPr>
              <w:t xml:space="preserve"> </w:t>
            </w:r>
            <w:r w:rsidRPr="00374A1F">
              <w:rPr>
                <w:i/>
                <w:spacing w:val="-4"/>
                <w:w w:val="105"/>
                <w:sz w:val="14"/>
              </w:rPr>
              <w:t>zonă</w:t>
            </w:r>
          </w:p>
        </w:tc>
      </w:tr>
    </w:tbl>
    <w:p w14:paraId="69A4BF87" w14:textId="77777777" w:rsidR="00846492" w:rsidRPr="00AD1D4A" w:rsidRDefault="00846492">
      <w:pPr>
        <w:spacing w:line="168" w:lineRule="auto"/>
        <w:rPr>
          <w:lang w:val="fr-FR"/>
        </w:rPr>
      </w:pPr>
    </w:p>
    <w:p w14:paraId="70547CAD" w14:textId="77777777" w:rsidR="00846492" w:rsidRPr="00932ED5" w:rsidRDefault="00000000">
      <w:pPr>
        <w:spacing w:before="140" w:after="40"/>
        <w:jc w:val="center"/>
        <w:rPr>
          <w:sz w:val="28"/>
          <w:szCs w:val="28"/>
        </w:rPr>
      </w:pPr>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000000">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000000">
            <w:pPr>
              <w:keepNext/>
              <w:rPr>
                <w:lang w:val="fr-FR"/>
              </w:rPr>
            </w:pPr>
            <w:r w:rsidRPr="00AD1D4A">
              <w:rPr>
                <w:b/>
                <w:color w:val="0D5F78"/>
                <w:lang w:val="fr-FR"/>
              </w:rPr>
              <w:t>Instituția</w:t>
            </w:r>
          </w:p>
          <w:p w14:paraId="7BA26637" w14:textId="77777777" w:rsidR="00846492" w:rsidRPr="00AD1D4A" w:rsidRDefault="00000000">
            <w:pPr>
              <w:keepNext/>
              <w:rPr>
                <w:lang w:val="fr-FR"/>
              </w:rPr>
            </w:pPr>
            <w:r w:rsidRPr="00AD1D4A">
              <w:rPr>
                <w:i/>
                <w:color w:val="7A7A7A"/>
                <w:lang w:val="fr-FR"/>
              </w:rPr>
              <w:t>primăria municipiului / orașului / comunei · primăria de sector · consiliul județean</w:t>
            </w:r>
          </w:p>
          <w:p w14:paraId="20383914" w14:textId="77777777" w:rsidR="00846492" w:rsidRPr="00AD1D4A" w:rsidRDefault="00846492">
            <w:pPr>
              <w:keepNext/>
              <w:rPr>
                <w:lang w:val="fr-FR"/>
              </w:rPr>
            </w:pPr>
          </w:p>
        </w:tc>
      </w:tr>
      <w:tr w:rsidR="00846492" w:rsidRPr="003869B3" w14:paraId="28848CD0" w14:textId="77777777">
        <w:trPr>
          <w:cantSplit/>
        </w:trPr>
        <w:tc>
          <w:tcPr>
            <w:tcW w:w="9636" w:type="dxa"/>
            <w:shd w:val="clear" w:color="auto" w:fill="F4F4F4"/>
          </w:tcPr>
          <w:p w14:paraId="1C3496A9" w14:textId="77777777" w:rsidR="00846492" w:rsidRPr="00AD1D4A" w:rsidRDefault="00000000">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000000">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000000">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000000">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000000">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000000">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000000">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000000">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000000">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000000">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000000">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000000">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000000">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000000">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000000">
            <w:pPr>
              <w:keepNext/>
            </w:pPr>
            <w:r>
              <w:rPr>
                <w:b/>
                <w:color w:val="0D5F78"/>
              </w:rPr>
              <w:t>Nr.</w:t>
            </w:r>
          </w:p>
          <w:p w14:paraId="2B351E33" w14:textId="77777777" w:rsidR="00846492" w:rsidRDefault="00846492">
            <w:pPr>
              <w:keepNext/>
            </w:pPr>
          </w:p>
        </w:tc>
        <w:tc>
          <w:tcPr>
            <w:tcW w:w="803" w:type="dxa"/>
          </w:tcPr>
          <w:p w14:paraId="2FD45BFA" w14:textId="77777777" w:rsidR="00846492" w:rsidRDefault="00000000">
            <w:pPr>
              <w:keepNext/>
            </w:pPr>
            <w:r>
              <w:rPr>
                <w:b/>
                <w:color w:val="0D5F78"/>
              </w:rPr>
              <w:t>Sc.</w:t>
            </w:r>
          </w:p>
          <w:p w14:paraId="00D94A4F" w14:textId="77777777" w:rsidR="00846492" w:rsidRDefault="00846492">
            <w:pPr>
              <w:keepNext/>
            </w:pPr>
          </w:p>
        </w:tc>
        <w:tc>
          <w:tcPr>
            <w:tcW w:w="803" w:type="dxa"/>
          </w:tcPr>
          <w:p w14:paraId="2B046CED" w14:textId="77777777" w:rsidR="00846492" w:rsidRDefault="00000000">
            <w:pPr>
              <w:keepNext/>
            </w:pPr>
            <w:r>
              <w:rPr>
                <w:b/>
                <w:color w:val="0D5F78"/>
              </w:rPr>
              <w:t>Et.</w:t>
            </w:r>
          </w:p>
          <w:p w14:paraId="63D38ABA" w14:textId="77777777" w:rsidR="00846492" w:rsidRDefault="00846492">
            <w:pPr>
              <w:keepNext/>
            </w:pPr>
          </w:p>
        </w:tc>
        <w:tc>
          <w:tcPr>
            <w:tcW w:w="803" w:type="dxa"/>
          </w:tcPr>
          <w:p w14:paraId="457DE39D" w14:textId="77777777" w:rsidR="00846492" w:rsidRDefault="00000000">
            <w:pPr>
              <w:keepNext/>
            </w:pPr>
            <w:r>
              <w:rPr>
                <w:b/>
                <w:color w:val="0D5F78"/>
              </w:rPr>
              <w:t>Ap.</w:t>
            </w:r>
          </w:p>
          <w:p w14:paraId="0991DEB2" w14:textId="77777777" w:rsidR="00846492" w:rsidRDefault="00846492">
            <w:pPr>
              <w:keepNext/>
            </w:pPr>
          </w:p>
        </w:tc>
        <w:tc>
          <w:tcPr>
            <w:tcW w:w="1606" w:type="dxa"/>
          </w:tcPr>
          <w:p w14:paraId="3C191247" w14:textId="77777777" w:rsidR="00846492" w:rsidRDefault="00000000">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000000">
            <w:pPr>
              <w:keepNext/>
            </w:pPr>
            <w:r>
              <w:rPr>
                <w:b/>
                <w:color w:val="0D5F78"/>
              </w:rPr>
              <w:t>Țara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000000">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000000">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000000">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000000">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000000"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000000">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000000">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14:paraId="7CDD9B28" w14:textId="77777777">
        <w:trPr>
          <w:cantSplit/>
        </w:trPr>
        <w:tc>
          <w:tcPr>
            <w:tcW w:w="9636" w:type="dxa"/>
          </w:tcPr>
          <w:p w14:paraId="41F97833" w14:textId="77777777" w:rsidR="00846492" w:rsidRPr="00AD1D4A" w:rsidRDefault="00000000">
            <w:pPr>
              <w:keepNext/>
              <w:rPr>
                <w:lang w:val="fr-FR"/>
              </w:rPr>
            </w:pPr>
            <w:r w:rsidRPr="00AD1D4A">
              <w:rPr>
                <w:sz w:val="16"/>
                <w:lang w:val="fr-FR"/>
              </w:rPr>
              <w:t>☐ A.1 construcții noi exterioare locuinței unifamiliale (garaje, terase, pergole, piscine…)</w:t>
            </w:r>
          </w:p>
          <w:p w14:paraId="1A850A01" w14:textId="5FFFDA1D" w:rsidR="00846492" w:rsidRPr="00AD1D4A" w:rsidRDefault="00000000">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000000">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9"/>
          <w:headerReference w:type="first" r:id="rId10"/>
          <w:footerReference w:type="first" r:id="rId11"/>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000000">
            <w:pPr>
              <w:keepNext/>
            </w:pPr>
            <w:r>
              <w:rPr>
                <w:sz w:val="16"/>
              </w:rPr>
              <w:t>☐ B.1 împrejmuiri noi</w:t>
            </w:r>
          </w:p>
          <w:p w14:paraId="0EF99278" w14:textId="77777777" w:rsidR="00846492" w:rsidRDefault="00000000">
            <w:pPr>
              <w:keepNext/>
            </w:pPr>
            <w:r>
              <w:rPr>
                <w:sz w:val="16"/>
              </w:rPr>
              <w:t>☐ B.2 înlocuire / reconfigurare acoperiș</w:t>
            </w:r>
          </w:p>
          <w:p w14:paraId="1774BDF1" w14:textId="77777777" w:rsidR="00846492" w:rsidRDefault="00000000">
            <w:pPr>
              <w:keepNext/>
            </w:pPr>
            <w:r>
              <w:rPr>
                <w:sz w:val="16"/>
              </w:rPr>
              <w:t>☐ B.3 amenajare mansardă în pod existent</w:t>
            </w:r>
          </w:p>
          <w:p w14:paraId="74A790CD" w14:textId="77777777" w:rsidR="00846492" w:rsidRPr="00AD1D4A" w:rsidRDefault="00000000">
            <w:pPr>
              <w:keepNext/>
              <w:rPr>
                <w:lang w:val="fr-FR"/>
              </w:rPr>
            </w:pPr>
            <w:r w:rsidRPr="00AD1D4A">
              <w:rPr>
                <w:sz w:val="16"/>
                <w:lang w:val="fr-FR"/>
              </w:rPr>
              <w:t>☐ B.4 renovare / extindere bucătărie sau baie; închidere unitară logii</w:t>
            </w:r>
          </w:p>
          <w:p w14:paraId="5B6B08E6" w14:textId="77777777" w:rsidR="00846492" w:rsidRPr="00AD1D4A" w:rsidRDefault="00000000">
            <w:pPr>
              <w:keepNext/>
              <w:rPr>
                <w:lang w:val="fr-FR"/>
              </w:rPr>
            </w:pPr>
            <w:r w:rsidRPr="00AD1D4A">
              <w:rPr>
                <w:sz w:val="16"/>
                <w:lang w:val="fr-FR"/>
              </w:rPr>
              <w:t>☐ B.5 compartimentări nestructurale</w:t>
            </w:r>
          </w:p>
          <w:p w14:paraId="34414648" w14:textId="77777777" w:rsidR="00846492" w:rsidRDefault="00000000">
            <w:pPr>
              <w:keepNext/>
            </w:pPr>
            <w:r>
              <w:rPr>
                <w:sz w:val="16"/>
              </w:rPr>
              <w:t>☐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000000">
            <w:pPr>
              <w:keepNext/>
              <w:rPr>
                <w:lang w:val="fr-FR"/>
              </w:rPr>
            </w:pPr>
            <w:r w:rsidRPr="00AD1D4A">
              <w:rPr>
                <w:sz w:val="16"/>
                <w:lang w:val="fr-FR"/>
              </w:rPr>
              <w:t>☐ B.7 reabilitare energetică unitară (clădiri de locuit, max. 3 niveluri)</w:t>
            </w:r>
          </w:p>
          <w:p w14:paraId="11CF2574" w14:textId="77777777" w:rsidR="00846492" w:rsidRPr="00AD1D4A" w:rsidRDefault="00000000">
            <w:pPr>
              <w:keepNext/>
              <w:rPr>
                <w:lang w:val="fr-FR"/>
              </w:rPr>
            </w:pPr>
            <w:r w:rsidRPr="00AD1D4A">
              <w:rPr>
                <w:sz w:val="16"/>
                <w:lang w:val="fr-FR"/>
              </w:rPr>
              <w:t>☐ B.8 compartimentări demontabile / ușoare</w:t>
            </w:r>
          </w:p>
          <w:p w14:paraId="52DC809F" w14:textId="77777777" w:rsidR="00846492" w:rsidRPr="00AD1D4A" w:rsidRDefault="00000000">
            <w:pPr>
              <w:keepNext/>
              <w:rPr>
                <w:lang w:val="fr-FR"/>
              </w:rPr>
            </w:pPr>
            <w:r w:rsidRPr="00AD1D4A">
              <w:rPr>
                <w:sz w:val="16"/>
                <w:lang w:val="fr-FR"/>
              </w:rPr>
              <w:t>☐ B.9 schimbare de destinație fără lucrări</w:t>
            </w:r>
          </w:p>
          <w:p w14:paraId="703F376A" w14:textId="77777777" w:rsidR="00846492" w:rsidRDefault="00000000">
            <w:pPr>
              <w:keepNext/>
            </w:pPr>
            <w:r>
              <w:rPr>
                <w:sz w:val="16"/>
              </w:rPr>
              <w:t>☐ B.10 grupuri sanitare / camere tehnice (max. 25 mp)</w:t>
            </w:r>
          </w:p>
          <w:p w14:paraId="443DCDAD" w14:textId="77777777" w:rsidR="00846492" w:rsidRPr="00AD1D4A" w:rsidRDefault="00000000">
            <w:pPr>
              <w:keepNext/>
              <w:rPr>
                <w:lang w:val="fr-FR"/>
              </w:rPr>
            </w:pPr>
            <w:r w:rsidRPr="00AD1D4A">
              <w:rPr>
                <w:sz w:val="16"/>
                <w:lang w:val="fr-FR"/>
              </w:rPr>
              <w:t>☐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000000">
            <w:pPr>
              <w:keepNext/>
              <w:rPr>
                <w:lang w:val="fr-FR"/>
              </w:rPr>
            </w:pPr>
            <w:r w:rsidRPr="00AD1D4A">
              <w:rPr>
                <w:sz w:val="16"/>
                <w:lang w:val="fr-FR"/>
              </w:rPr>
              <w:lastRenderedPageBreak/>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000000">
            <w:pPr>
              <w:keepNext/>
              <w:rPr>
                <w:lang w:val="fr-FR"/>
              </w:rPr>
            </w:pPr>
            <w:r w:rsidRPr="00AD1D4A">
              <w:rPr>
                <w:sz w:val="16"/>
                <w:lang w:val="fr-FR"/>
              </w:rPr>
              <w:t>☐ C.1 reparații / întreținere la construcții existente</w:t>
            </w:r>
          </w:p>
          <w:p w14:paraId="624CC809" w14:textId="77777777" w:rsidR="00846492" w:rsidRPr="00AD1D4A" w:rsidRDefault="00000000">
            <w:pPr>
              <w:keepNext/>
              <w:rPr>
                <w:lang w:val="fr-FR"/>
              </w:rPr>
            </w:pPr>
            <w:r w:rsidRPr="00AD1D4A">
              <w:rPr>
                <w:sz w:val="16"/>
                <w:lang w:val="fr-FR"/>
              </w:rPr>
              <w:t>☐ C.2 reparații interioare și înlocuiri</w:t>
            </w:r>
          </w:p>
          <w:p w14:paraId="36A2F09D" w14:textId="77777777" w:rsidR="00846492" w:rsidRPr="00AD1D4A" w:rsidRDefault="00000000">
            <w:pPr>
              <w:keepNext/>
              <w:rPr>
                <w:lang w:val="fr-FR"/>
              </w:rPr>
            </w:pPr>
            <w:r w:rsidRPr="00AD1D4A">
              <w:rPr>
                <w:sz w:val="16"/>
                <w:lang w:val="fr-FR"/>
              </w:rPr>
              <w:t>☐ C.3 reparații împrejmuiri / acoperișuri / terase / ziduri de sprijin</w:t>
            </w:r>
          </w:p>
          <w:p w14:paraId="23F58DBB" w14:textId="77777777" w:rsidR="00846492" w:rsidRPr="00AD1D4A" w:rsidRDefault="00000000">
            <w:pPr>
              <w:keepNext/>
              <w:rPr>
                <w:lang w:val="fr-FR"/>
              </w:rPr>
            </w:pPr>
            <w:r w:rsidRPr="00AD1D4A">
              <w:rPr>
                <w:sz w:val="16"/>
                <w:lang w:val="fr-FR"/>
              </w:rPr>
              <w:t>☐ C.4 compartimentări nestructurale demontabile</w:t>
            </w:r>
          </w:p>
          <w:p w14:paraId="1E4AF87B" w14:textId="77777777" w:rsidR="00846492" w:rsidRPr="00AD1D4A" w:rsidRDefault="00000000">
            <w:pPr>
              <w:keepNext/>
              <w:rPr>
                <w:lang w:val="fr-FR"/>
              </w:rPr>
            </w:pPr>
            <w:r w:rsidRPr="00AD1D4A">
              <w:rPr>
                <w:sz w:val="16"/>
                <w:lang w:val="fr-FR"/>
              </w:rPr>
              <w:t>☐ C.5 schimbare de destinație fără lucrări</w:t>
            </w:r>
          </w:p>
          <w:p w14:paraId="3D2B4D57" w14:textId="77777777" w:rsidR="00846492" w:rsidRPr="00AD1D4A" w:rsidRDefault="00000000">
            <w:pPr>
              <w:keepNext/>
              <w:rPr>
                <w:lang w:val="fr-FR"/>
              </w:rPr>
            </w:pPr>
            <w:r w:rsidRPr="00AD1D4A">
              <w:rPr>
                <w:sz w:val="16"/>
                <w:lang w:val="fr-FR"/>
              </w:rPr>
              <w:t>☐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000000">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000000">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000000">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000000">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000000">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000000">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000000">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000000">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000000">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000000">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000000">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000000">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000000">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000000">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000000">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3869B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000000">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000000">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000000">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000000">
            <w:r>
              <w:rPr>
                <w:b/>
                <w:color w:val="0D5F78"/>
              </w:rPr>
              <w:t>Data</w:t>
            </w:r>
          </w:p>
          <w:p w14:paraId="418D45B2" w14:textId="77777777" w:rsidR="00846492" w:rsidRDefault="00846492"/>
        </w:tc>
        <w:tc>
          <w:tcPr>
            <w:tcW w:w="4818" w:type="dxa"/>
          </w:tcPr>
          <w:p w14:paraId="63B78572" w14:textId="77777777" w:rsidR="00846492" w:rsidRDefault="00000000">
            <w:r>
              <w:rPr>
                <w:b/>
                <w:color w:val="0D5F78"/>
              </w:rPr>
              <w:t>Beneficiarul / reprezentantul</w:t>
            </w:r>
          </w:p>
          <w:p w14:paraId="128740B5" w14:textId="77777777" w:rsidR="00846492" w:rsidRDefault="00846492"/>
        </w:tc>
        <w:tc>
          <w:tcPr>
            <w:tcW w:w="3212" w:type="dxa"/>
          </w:tcPr>
          <w:p w14:paraId="69CA0E82" w14:textId="77777777" w:rsidR="00846492" w:rsidRDefault="00000000">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59BB" w14:textId="77777777" w:rsidR="001A7A04" w:rsidRDefault="001A7A04">
      <w:r>
        <w:separator/>
      </w:r>
    </w:p>
  </w:endnote>
  <w:endnote w:type="continuationSeparator" w:id="0">
    <w:p w14:paraId="0DB10A79" w14:textId="77777777" w:rsidR="001A7A04" w:rsidRDefault="001A7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000000">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4B42" w14:textId="77777777" w:rsidR="001A7A04" w:rsidRDefault="001A7A04">
      <w:r>
        <w:separator/>
      </w:r>
    </w:p>
  </w:footnote>
  <w:footnote w:type="continuationSeparator" w:id="0">
    <w:p w14:paraId="3E44C027" w14:textId="77777777" w:rsidR="001A7A04" w:rsidRDefault="001A7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7BB7" w14:textId="53CC4ECF"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5CA"/>
    <w:rsid w:val="001A7A04"/>
    <w:rsid w:val="0029639D"/>
    <w:rsid w:val="0031113E"/>
    <w:rsid w:val="00320861"/>
    <w:rsid w:val="00326F90"/>
    <w:rsid w:val="003869B3"/>
    <w:rsid w:val="003F4418"/>
    <w:rsid w:val="00480560"/>
    <w:rsid w:val="004D2D0E"/>
    <w:rsid w:val="004E2246"/>
    <w:rsid w:val="0060615D"/>
    <w:rsid w:val="006113A9"/>
    <w:rsid w:val="00651639"/>
    <w:rsid w:val="006C103E"/>
    <w:rsid w:val="007C5D68"/>
    <w:rsid w:val="007F39C2"/>
    <w:rsid w:val="00846492"/>
    <w:rsid w:val="00852977"/>
    <w:rsid w:val="00870FD7"/>
    <w:rsid w:val="00932ED5"/>
    <w:rsid w:val="00A17614"/>
    <w:rsid w:val="00AA1D8D"/>
    <w:rsid w:val="00AD1D4A"/>
    <w:rsid w:val="00B47730"/>
    <w:rsid w:val="00CA6FDB"/>
    <w:rsid w:val="00CB0664"/>
    <w:rsid w:val="00D2019F"/>
    <w:rsid w:val="00D2346C"/>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480560"/>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873</Words>
  <Characters>4977</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Primaria Roseti</cp:lastModifiedBy>
  <cp:revision>2</cp:revision>
  <dcterms:created xsi:type="dcterms:W3CDTF">2013-12-23T23:15:00Z</dcterms:created>
  <dcterms:modified xsi:type="dcterms:W3CDTF">2026-09-11T06:14:00Z</dcterms:modified>
  <cp:category/>
</cp:coreProperties>
</file>