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0E3AE7" w:rsidRPr="00374A1F" w14:paraId="0756AC80" w14:textId="77777777" w:rsidTr="006863E8">
        <w:trPr>
          <w:trHeight w:val="494"/>
        </w:trPr>
        <w:tc>
          <w:tcPr>
            <w:tcW w:w="1643" w:type="dxa"/>
            <w:vMerge w:val="restart"/>
          </w:tcPr>
          <w:p w14:paraId="6E324E59" w14:textId="77777777" w:rsidR="000E3AE7" w:rsidRPr="00374A1F" w:rsidRDefault="000E3AE7" w:rsidP="006863E8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1AF49502" w14:textId="77777777" w:rsidR="000E3AE7" w:rsidRPr="00374A1F" w:rsidRDefault="000E3AE7" w:rsidP="006863E8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78E6F56E" wp14:editId="4F6281E2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34053E20" w14:textId="77777777" w:rsidR="000E3AE7" w:rsidRPr="00374A1F" w:rsidRDefault="000E3AE7" w:rsidP="006863E8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482D27A4" w14:textId="77777777" w:rsidR="000E3AE7" w:rsidRPr="0061370C" w:rsidRDefault="000E3AE7" w:rsidP="006863E8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0E3AE7" w:rsidRPr="00374A1F" w14:paraId="309B41F2" w14:textId="77777777" w:rsidTr="006863E8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23246FE3" w14:textId="77777777" w:rsidR="000E3AE7" w:rsidRPr="00374A1F" w:rsidRDefault="000E3AE7" w:rsidP="006863E8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47E51295" w14:textId="77777777" w:rsidR="000E3AE7" w:rsidRPr="0061370C" w:rsidRDefault="000E3AE7" w:rsidP="006863E8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3A06C408" w14:textId="77777777" w:rsidR="000E3AE7" w:rsidRPr="0061370C" w:rsidRDefault="000E3AE7" w:rsidP="006863E8">
            <w:pPr>
              <w:pStyle w:val="TableParagraph"/>
              <w:rPr>
                <w:b/>
                <w:szCs w:val="36"/>
              </w:rPr>
            </w:pPr>
          </w:p>
        </w:tc>
      </w:tr>
      <w:tr w:rsidR="000E3AE7" w:rsidRPr="00374A1F" w14:paraId="67D95854" w14:textId="77777777" w:rsidTr="006863E8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4F3DAEFD" w14:textId="77777777" w:rsidR="000E3AE7" w:rsidRPr="00374A1F" w:rsidRDefault="000E3AE7" w:rsidP="006863E8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C6F0418" w14:textId="77777777" w:rsidR="000E3AE7" w:rsidRPr="00374A1F" w:rsidRDefault="000E3AE7" w:rsidP="006863E8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19FCBA94" w14:textId="77777777" w:rsidR="000E3AE7" w:rsidRPr="00374A1F" w:rsidRDefault="000E3AE7" w:rsidP="006863E8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0F8E798A" w14:textId="77777777" w:rsidR="000E3AE7" w:rsidRPr="00374A1F" w:rsidRDefault="000E3AE7" w:rsidP="006863E8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0E3AE7" w:rsidRPr="00374A1F" w14:paraId="3490218C" w14:textId="77777777" w:rsidTr="006863E8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181E8D5F" w14:textId="77777777" w:rsidR="000E3AE7" w:rsidRPr="00374A1F" w:rsidRDefault="000E3AE7" w:rsidP="006863E8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7223CD7" w14:textId="77777777" w:rsidR="000E3AE7" w:rsidRPr="00374A1F" w:rsidRDefault="000E3AE7" w:rsidP="006863E8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27850150" w14:textId="77777777" w:rsidR="000E3AE7" w:rsidRPr="00374A1F" w:rsidRDefault="000E3AE7" w:rsidP="006863E8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0E3AE7" w:rsidRPr="00374A1F" w14:paraId="44548108" w14:textId="77777777" w:rsidTr="006863E8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1863B647" w14:textId="77777777" w:rsidR="000E3AE7" w:rsidRPr="00374A1F" w:rsidRDefault="000E3AE7" w:rsidP="006863E8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r>
        <w:rPr>
          <w:sz w:val="19"/>
        </w:rPr>
        <w:t>privind finalizarea lucrărilor notificate și solicitarea participării reprezentantului UAT la recepție</w:t>
      </w:r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>Instituția</w:t>
            </w:r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r w:rsidRPr="00150E80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r>
              <w:rPr>
                <w:b/>
                <w:color w:val="0D5F78"/>
              </w:rPr>
              <w:t>Telefon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>Nr. / data notificării</w:t>
            </w:r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r>
              <w:rPr>
                <w:b/>
                <w:color w:val="0D5F78"/>
              </w:rPr>
              <w:t>Proiect nr. / cod</w:t>
            </w:r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r>
              <w:rPr>
                <w:b/>
                <w:color w:val="0D5F78"/>
              </w:rPr>
              <w:t>Imobilul</w:t>
            </w:r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începerii lucrărilor</w:t>
            </w:r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>se declară aici</w:t>
            </w:r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finalizării</w:t>
            </w:r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 propusă pentru recepție</w:t>
            </w:r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locul</w:t>
            </w:r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r w:rsidRPr="00150E80">
              <w:t>privind Codul amenajării teritoriului, urbanismului și construcțiilor</w:t>
            </w:r>
            <w:r>
              <w:t xml:space="preserve">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r>
              <w:rPr>
                <w:b/>
                <w:color w:val="0D5F78"/>
              </w:rPr>
              <w:t>Beneficiarul</w:t>
            </w:r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r>
              <w:rPr>
                <w:b/>
                <w:color w:val="0D5F78"/>
              </w:rPr>
              <w:t>Semnătura</w:t>
            </w:r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B2369" w14:textId="77777777" w:rsidR="00360F70" w:rsidRDefault="00360F70">
      <w:r>
        <w:separator/>
      </w:r>
    </w:p>
  </w:endnote>
  <w:endnote w:type="continuationSeparator" w:id="0">
    <w:p w14:paraId="6AAEC45B" w14:textId="77777777" w:rsidR="00360F70" w:rsidRDefault="0036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Footer"/>
      <w:tabs>
        <w:tab w:val="right" w:pos="9639"/>
      </w:tabs>
    </w:pPr>
    <w:r>
      <w:rPr>
        <w:color w:val="595959"/>
      </w:rPr>
      <w:t>F_NOT_07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10A33" w14:textId="77777777" w:rsidR="00360F70" w:rsidRDefault="00360F70">
      <w:r>
        <w:separator/>
      </w:r>
    </w:p>
  </w:footnote>
  <w:footnote w:type="continuationSeparator" w:id="0">
    <w:p w14:paraId="384650FD" w14:textId="77777777" w:rsidR="00360F70" w:rsidRDefault="00360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AE7"/>
    <w:rsid w:val="0015074B"/>
    <w:rsid w:val="00150E80"/>
    <w:rsid w:val="0029639D"/>
    <w:rsid w:val="00326F90"/>
    <w:rsid w:val="00360F70"/>
    <w:rsid w:val="003A7070"/>
    <w:rsid w:val="003F0F62"/>
    <w:rsid w:val="00546FA6"/>
    <w:rsid w:val="005C02E4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0E3AE7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2</cp:revision>
  <dcterms:created xsi:type="dcterms:W3CDTF">2013-12-23T23:15:00Z</dcterms:created>
  <dcterms:modified xsi:type="dcterms:W3CDTF">2026-09-11T06:33:00Z</dcterms:modified>
  <cp:category/>
</cp:coreProperties>
</file>